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CAD77" w14:textId="77777777" w:rsidR="00F66C23" w:rsidRDefault="006533D3">
      <w:pPr>
        <w:jc w:val="center"/>
      </w:pPr>
      <w:r>
        <w:rPr>
          <w:noProof/>
        </w:rPr>
        <w:drawing>
          <wp:inline distT="0" distB="0" distL="0" distR="0" wp14:anchorId="58555508" wp14:editId="5CAC0BDD">
            <wp:extent cx="1554480" cy="167087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93586.jpg"/>
                    <pic:cNvPicPr/>
                  </pic:nvPicPr>
                  <pic:blipFill>
                    <a:blip r:embed="rId8"/>
                    <a:stretch>
                      <a:fillRect/>
                    </a:stretch>
                  </pic:blipFill>
                  <pic:spPr>
                    <a:xfrm>
                      <a:off x="0" y="0"/>
                      <a:ext cx="1554480" cy="1670876"/>
                    </a:xfrm>
                    <a:prstGeom prst="rect">
                      <a:avLst/>
                    </a:prstGeom>
                  </pic:spPr>
                </pic:pic>
              </a:graphicData>
            </a:graphic>
          </wp:inline>
        </w:drawing>
      </w:r>
    </w:p>
    <w:p w14:paraId="1A227B1A" w14:textId="77777777" w:rsidR="00F66C23" w:rsidRDefault="006533D3">
      <w:pPr>
        <w:jc w:val="center"/>
      </w:pPr>
      <w:r>
        <w:rPr>
          <w:b/>
          <w:sz w:val="40"/>
        </w:rPr>
        <w:t>TENBY TOWN COUNCIL</w:t>
      </w:r>
    </w:p>
    <w:p w14:paraId="37D95BB4" w14:textId="76C60114" w:rsidR="00F66C23" w:rsidRDefault="006533D3">
      <w:pPr>
        <w:jc w:val="center"/>
      </w:pPr>
      <w:r>
        <w:rPr>
          <w:b/>
          <w:sz w:val="30"/>
        </w:rPr>
        <w:t>Application Form – Appointment of Town Clerk</w:t>
      </w:r>
      <w:r w:rsidR="0038756B">
        <w:rPr>
          <w:b/>
          <w:sz w:val="30"/>
        </w:rPr>
        <w:t>/Responsible Financial Officer</w:t>
      </w:r>
    </w:p>
    <w:p w14:paraId="289FD844" w14:textId="77777777" w:rsidR="00F66C23" w:rsidRDefault="006533D3">
      <w:r>
        <w:t>Tenby Town Council is an equal opportunities employer. Applications are assessed solely on merit regardless of age, disability, gender, race, religion or belief, sexual orientation, marital status or any other protected characteristic.</w:t>
      </w:r>
      <w:r>
        <w:br/>
      </w:r>
      <w:r>
        <w:br/>
        <w:t>Please complete all sections of this application form clearly and fully. You may continue on separate A4 sheets where necessary.</w:t>
      </w:r>
    </w:p>
    <w:p w14:paraId="1738744F" w14:textId="77777777" w:rsidR="00F66C23" w:rsidRDefault="006533D3">
      <w:pPr>
        <w:rPr>
          <w:b/>
          <w:color w:val="003366"/>
          <w:sz w:val="26"/>
        </w:rPr>
      </w:pPr>
      <w:r>
        <w:rPr>
          <w:b/>
          <w:color w:val="003366"/>
          <w:sz w:val="26"/>
        </w:rPr>
        <w:t>PERSONAL DETAILS</w:t>
      </w:r>
    </w:p>
    <w:tbl>
      <w:tblPr>
        <w:tblStyle w:val="TableGrid"/>
        <w:tblW w:w="0" w:type="auto"/>
        <w:tblLook w:val="04A0" w:firstRow="1" w:lastRow="0" w:firstColumn="1" w:lastColumn="0" w:noHBand="0" w:noVBand="1"/>
      </w:tblPr>
      <w:tblGrid>
        <w:gridCol w:w="10214"/>
      </w:tblGrid>
      <w:tr w:rsidR="0038756B" w14:paraId="17610508" w14:textId="77777777" w:rsidTr="0038756B">
        <w:trPr>
          <w:trHeight w:val="4486"/>
        </w:trPr>
        <w:tc>
          <w:tcPr>
            <w:tcW w:w="10440" w:type="dxa"/>
          </w:tcPr>
          <w:p w14:paraId="7CD4E8E6" w14:textId="77777777" w:rsidR="0038756B" w:rsidRDefault="0038756B" w:rsidP="0038756B">
            <w:pPr>
              <w:rPr>
                <w:b/>
                <w:sz w:val="24"/>
                <w:szCs w:val="28"/>
              </w:rPr>
            </w:pPr>
          </w:p>
          <w:p w14:paraId="2E382EC3" w14:textId="4F90B0A1" w:rsidR="0038756B" w:rsidRPr="00DA0579" w:rsidRDefault="0038756B" w:rsidP="0038756B">
            <w:pPr>
              <w:rPr>
                <w:bCs/>
                <w:sz w:val="24"/>
                <w:szCs w:val="28"/>
              </w:rPr>
            </w:pPr>
            <w:r w:rsidRPr="00DA0579">
              <w:rPr>
                <w:bCs/>
                <w:sz w:val="24"/>
                <w:szCs w:val="28"/>
              </w:rPr>
              <w:t>Full Name:</w:t>
            </w:r>
          </w:p>
          <w:p w14:paraId="34BA41C7" w14:textId="77777777" w:rsidR="0038756B" w:rsidRPr="00DA0579" w:rsidRDefault="0038756B" w:rsidP="0038756B">
            <w:pPr>
              <w:rPr>
                <w:bCs/>
                <w:sz w:val="24"/>
                <w:szCs w:val="28"/>
              </w:rPr>
            </w:pPr>
          </w:p>
          <w:p w14:paraId="3C66AEE7" w14:textId="01B26ADD" w:rsidR="0038756B" w:rsidRPr="00DA0579" w:rsidRDefault="0038756B" w:rsidP="0038756B">
            <w:pPr>
              <w:rPr>
                <w:bCs/>
                <w:sz w:val="24"/>
                <w:szCs w:val="28"/>
              </w:rPr>
            </w:pPr>
            <w:r w:rsidRPr="00DA0579">
              <w:rPr>
                <w:bCs/>
                <w:sz w:val="24"/>
                <w:szCs w:val="28"/>
              </w:rPr>
              <w:t>Preferred Title:</w:t>
            </w:r>
          </w:p>
          <w:p w14:paraId="37711939" w14:textId="77777777" w:rsidR="0038756B" w:rsidRPr="00DA0579" w:rsidRDefault="0038756B" w:rsidP="0038756B">
            <w:pPr>
              <w:rPr>
                <w:bCs/>
                <w:sz w:val="24"/>
                <w:szCs w:val="28"/>
              </w:rPr>
            </w:pPr>
          </w:p>
          <w:p w14:paraId="4A50B95F" w14:textId="687A508D" w:rsidR="0038756B" w:rsidRPr="00DA0579" w:rsidRDefault="0038756B" w:rsidP="0038756B">
            <w:pPr>
              <w:rPr>
                <w:bCs/>
                <w:sz w:val="24"/>
                <w:szCs w:val="28"/>
              </w:rPr>
            </w:pPr>
            <w:r w:rsidRPr="00DA0579">
              <w:rPr>
                <w:bCs/>
                <w:sz w:val="24"/>
                <w:szCs w:val="28"/>
              </w:rPr>
              <w:t>Address:</w:t>
            </w:r>
          </w:p>
          <w:p w14:paraId="4DAD39C5" w14:textId="77777777" w:rsidR="0038756B" w:rsidRPr="00DA0579" w:rsidRDefault="0038756B" w:rsidP="0038756B">
            <w:pPr>
              <w:rPr>
                <w:bCs/>
                <w:sz w:val="24"/>
                <w:szCs w:val="28"/>
              </w:rPr>
            </w:pPr>
          </w:p>
          <w:p w14:paraId="15E4491B" w14:textId="08E17E0C" w:rsidR="0038756B" w:rsidRPr="00DA0579" w:rsidRDefault="0038756B" w:rsidP="0038756B">
            <w:pPr>
              <w:rPr>
                <w:bCs/>
                <w:sz w:val="24"/>
                <w:szCs w:val="28"/>
              </w:rPr>
            </w:pPr>
            <w:r w:rsidRPr="00DA0579">
              <w:rPr>
                <w:bCs/>
                <w:sz w:val="24"/>
                <w:szCs w:val="28"/>
              </w:rPr>
              <w:t xml:space="preserve">Postcode: </w:t>
            </w:r>
          </w:p>
          <w:p w14:paraId="2DD0C780" w14:textId="77777777" w:rsidR="0038756B" w:rsidRPr="00DA0579" w:rsidRDefault="0038756B" w:rsidP="0038756B">
            <w:pPr>
              <w:rPr>
                <w:bCs/>
                <w:sz w:val="24"/>
                <w:szCs w:val="28"/>
              </w:rPr>
            </w:pPr>
          </w:p>
          <w:p w14:paraId="71D5513F" w14:textId="098E293D" w:rsidR="0038756B" w:rsidRPr="00DA0579" w:rsidRDefault="0038756B" w:rsidP="0038756B">
            <w:pPr>
              <w:rPr>
                <w:bCs/>
                <w:sz w:val="24"/>
                <w:szCs w:val="28"/>
              </w:rPr>
            </w:pPr>
            <w:r w:rsidRPr="00DA0579">
              <w:rPr>
                <w:bCs/>
                <w:sz w:val="24"/>
                <w:szCs w:val="28"/>
              </w:rPr>
              <w:t>Home Telephone:</w:t>
            </w:r>
          </w:p>
          <w:p w14:paraId="4C7BFA00" w14:textId="77777777" w:rsidR="0038756B" w:rsidRPr="00DA0579" w:rsidRDefault="0038756B" w:rsidP="0038756B">
            <w:pPr>
              <w:rPr>
                <w:bCs/>
                <w:sz w:val="24"/>
                <w:szCs w:val="28"/>
              </w:rPr>
            </w:pPr>
          </w:p>
          <w:p w14:paraId="1F9ABFD2" w14:textId="3D825823" w:rsidR="0038756B" w:rsidRPr="00DA0579" w:rsidRDefault="0038756B" w:rsidP="0038756B">
            <w:pPr>
              <w:rPr>
                <w:bCs/>
                <w:sz w:val="24"/>
                <w:szCs w:val="28"/>
              </w:rPr>
            </w:pPr>
            <w:r w:rsidRPr="00DA0579">
              <w:rPr>
                <w:bCs/>
                <w:sz w:val="24"/>
                <w:szCs w:val="28"/>
              </w:rPr>
              <w:t>Mobile Number:</w:t>
            </w:r>
          </w:p>
          <w:p w14:paraId="729DE146" w14:textId="77777777" w:rsidR="0038756B" w:rsidRPr="00DA0579" w:rsidRDefault="0038756B" w:rsidP="0038756B">
            <w:pPr>
              <w:rPr>
                <w:bCs/>
                <w:sz w:val="24"/>
                <w:szCs w:val="28"/>
              </w:rPr>
            </w:pPr>
          </w:p>
          <w:p w14:paraId="0EBD9E5A" w14:textId="4B32B02F" w:rsidR="0038756B" w:rsidRPr="00DA0579" w:rsidRDefault="0038756B" w:rsidP="0038756B">
            <w:pPr>
              <w:rPr>
                <w:bCs/>
                <w:sz w:val="24"/>
                <w:szCs w:val="28"/>
              </w:rPr>
            </w:pPr>
            <w:r w:rsidRPr="00DA0579">
              <w:rPr>
                <w:bCs/>
                <w:sz w:val="24"/>
                <w:szCs w:val="28"/>
              </w:rPr>
              <w:t xml:space="preserve">Email Address: </w:t>
            </w:r>
          </w:p>
          <w:p w14:paraId="39088848" w14:textId="77777777" w:rsidR="0038756B" w:rsidRDefault="0038756B"/>
        </w:tc>
      </w:tr>
    </w:tbl>
    <w:p w14:paraId="3DFEF895" w14:textId="77777777" w:rsidR="0038756B" w:rsidRDefault="0038756B">
      <w:pPr>
        <w:rPr>
          <w:b/>
          <w:color w:val="003366"/>
          <w:sz w:val="26"/>
        </w:rPr>
      </w:pPr>
    </w:p>
    <w:p w14:paraId="2180DB2A" w14:textId="45112681" w:rsidR="00F66C23" w:rsidRDefault="006533D3">
      <w:r>
        <w:rPr>
          <w:b/>
          <w:color w:val="003366"/>
          <w:sz w:val="26"/>
        </w:rPr>
        <w:t>ELIGIBILITY TO WORK IN THE UK</w:t>
      </w:r>
    </w:p>
    <w:p w14:paraId="6764985F" w14:textId="77777777" w:rsidR="00F66C23" w:rsidRDefault="006533D3">
      <w:r>
        <w:t>Are you legally entitled to work in the UK?   Yes ☐   No ☐</w:t>
      </w:r>
    </w:p>
    <w:p w14:paraId="1936649B" w14:textId="77777777" w:rsidR="00F66C23" w:rsidRDefault="006533D3">
      <w:r>
        <w:t>Do you require a work permit or visa sponsorship?   Yes ☐   No ☐</w:t>
      </w:r>
    </w:p>
    <w:p w14:paraId="56BE5DF5" w14:textId="77777777" w:rsidR="00F66C23" w:rsidRDefault="006533D3">
      <w:r>
        <w:t>Are there any restrictions on your residence or employment in the UK?   Yes ☐   No ☐</w:t>
      </w:r>
    </w:p>
    <w:p w14:paraId="60275D10" w14:textId="77777777" w:rsidR="00F66C23" w:rsidRDefault="006533D3">
      <w:r>
        <w:rPr>
          <w:b/>
          <w:color w:val="003366"/>
          <w:sz w:val="26"/>
        </w:rPr>
        <w:lastRenderedPageBreak/>
        <w:t>EDUCATION AND QUALIFICATIONS</w:t>
      </w:r>
    </w:p>
    <w:tbl>
      <w:tblPr>
        <w:tblStyle w:val="TableGrid"/>
        <w:tblW w:w="0" w:type="auto"/>
        <w:tblLook w:val="04A0" w:firstRow="1" w:lastRow="0" w:firstColumn="1" w:lastColumn="0" w:noHBand="0" w:noVBand="1"/>
      </w:tblPr>
      <w:tblGrid>
        <w:gridCol w:w="2799"/>
        <w:gridCol w:w="2307"/>
        <w:gridCol w:w="4064"/>
        <w:gridCol w:w="1044"/>
      </w:tblGrid>
      <w:tr w:rsidR="00F66C23" w14:paraId="59C1FEF3" w14:textId="77777777" w:rsidTr="00DA0579">
        <w:tc>
          <w:tcPr>
            <w:tcW w:w="2802" w:type="dxa"/>
          </w:tcPr>
          <w:p w14:paraId="612A1F94" w14:textId="77777777" w:rsidR="00F66C23" w:rsidRDefault="006533D3">
            <w:r>
              <w:t>School / College / University</w:t>
            </w:r>
          </w:p>
        </w:tc>
        <w:tc>
          <w:tcPr>
            <w:tcW w:w="2310" w:type="dxa"/>
          </w:tcPr>
          <w:p w14:paraId="280A58C5" w14:textId="77777777" w:rsidR="00F66C23" w:rsidRDefault="006533D3">
            <w:r>
              <w:t>Dates</w:t>
            </w:r>
          </w:p>
        </w:tc>
        <w:tc>
          <w:tcPr>
            <w:tcW w:w="4068" w:type="dxa"/>
          </w:tcPr>
          <w:p w14:paraId="2FFC358A" w14:textId="77777777" w:rsidR="00F66C23" w:rsidRDefault="006533D3">
            <w:r>
              <w:t>Qualifications / Subjects</w:t>
            </w:r>
          </w:p>
        </w:tc>
        <w:tc>
          <w:tcPr>
            <w:tcW w:w="1044" w:type="dxa"/>
          </w:tcPr>
          <w:p w14:paraId="799EBCE8" w14:textId="77777777" w:rsidR="00F66C23" w:rsidRDefault="006533D3">
            <w:r>
              <w:t>Grade</w:t>
            </w:r>
          </w:p>
        </w:tc>
      </w:tr>
      <w:tr w:rsidR="00F66C23" w14:paraId="070235E0" w14:textId="77777777" w:rsidTr="00DA0579">
        <w:trPr>
          <w:trHeight w:val="513"/>
        </w:trPr>
        <w:tc>
          <w:tcPr>
            <w:tcW w:w="2802" w:type="dxa"/>
          </w:tcPr>
          <w:p w14:paraId="025E950F" w14:textId="77777777" w:rsidR="00F66C23" w:rsidRDefault="006533D3">
            <w:r>
              <w:br/>
            </w:r>
          </w:p>
        </w:tc>
        <w:tc>
          <w:tcPr>
            <w:tcW w:w="2310" w:type="dxa"/>
          </w:tcPr>
          <w:p w14:paraId="01891FB1" w14:textId="77777777" w:rsidR="00F66C23" w:rsidRDefault="006533D3">
            <w:r>
              <w:br/>
            </w:r>
          </w:p>
        </w:tc>
        <w:tc>
          <w:tcPr>
            <w:tcW w:w="4068" w:type="dxa"/>
          </w:tcPr>
          <w:p w14:paraId="04918879" w14:textId="77777777" w:rsidR="00F66C23" w:rsidRDefault="006533D3">
            <w:r>
              <w:br/>
            </w:r>
          </w:p>
        </w:tc>
        <w:tc>
          <w:tcPr>
            <w:tcW w:w="1044" w:type="dxa"/>
          </w:tcPr>
          <w:p w14:paraId="5E2D32C9" w14:textId="77777777" w:rsidR="00F66C23" w:rsidRDefault="006533D3">
            <w:r>
              <w:br/>
            </w:r>
          </w:p>
        </w:tc>
      </w:tr>
      <w:tr w:rsidR="00F66C23" w14:paraId="3E7CD207" w14:textId="77777777" w:rsidTr="00DA0579">
        <w:trPr>
          <w:trHeight w:val="513"/>
        </w:trPr>
        <w:tc>
          <w:tcPr>
            <w:tcW w:w="2802" w:type="dxa"/>
          </w:tcPr>
          <w:p w14:paraId="7AD98ACB" w14:textId="77777777" w:rsidR="00F66C23" w:rsidRDefault="006533D3">
            <w:r>
              <w:br/>
            </w:r>
          </w:p>
        </w:tc>
        <w:tc>
          <w:tcPr>
            <w:tcW w:w="2310" w:type="dxa"/>
          </w:tcPr>
          <w:p w14:paraId="06AE8556" w14:textId="77777777" w:rsidR="00F66C23" w:rsidRDefault="006533D3">
            <w:r>
              <w:br/>
            </w:r>
          </w:p>
        </w:tc>
        <w:tc>
          <w:tcPr>
            <w:tcW w:w="4068" w:type="dxa"/>
          </w:tcPr>
          <w:p w14:paraId="703DE3D2" w14:textId="77777777" w:rsidR="00F66C23" w:rsidRDefault="006533D3">
            <w:r>
              <w:br/>
            </w:r>
          </w:p>
        </w:tc>
        <w:tc>
          <w:tcPr>
            <w:tcW w:w="1044" w:type="dxa"/>
          </w:tcPr>
          <w:p w14:paraId="1159D63E" w14:textId="77777777" w:rsidR="00F66C23" w:rsidRDefault="006533D3">
            <w:r>
              <w:br/>
            </w:r>
          </w:p>
        </w:tc>
      </w:tr>
      <w:tr w:rsidR="00F66C23" w14:paraId="3E56D780" w14:textId="77777777" w:rsidTr="00DA0579">
        <w:trPr>
          <w:trHeight w:val="513"/>
        </w:trPr>
        <w:tc>
          <w:tcPr>
            <w:tcW w:w="2802" w:type="dxa"/>
          </w:tcPr>
          <w:p w14:paraId="559237A6" w14:textId="77777777" w:rsidR="00F66C23" w:rsidRDefault="006533D3">
            <w:r>
              <w:br/>
            </w:r>
          </w:p>
        </w:tc>
        <w:tc>
          <w:tcPr>
            <w:tcW w:w="2310" w:type="dxa"/>
          </w:tcPr>
          <w:p w14:paraId="656DC4BA" w14:textId="77777777" w:rsidR="00F66C23" w:rsidRDefault="006533D3">
            <w:r>
              <w:br/>
            </w:r>
          </w:p>
        </w:tc>
        <w:tc>
          <w:tcPr>
            <w:tcW w:w="4068" w:type="dxa"/>
          </w:tcPr>
          <w:p w14:paraId="3F210337" w14:textId="77777777" w:rsidR="00F66C23" w:rsidRDefault="006533D3">
            <w:r>
              <w:br/>
            </w:r>
          </w:p>
        </w:tc>
        <w:tc>
          <w:tcPr>
            <w:tcW w:w="1044" w:type="dxa"/>
          </w:tcPr>
          <w:p w14:paraId="7085212E" w14:textId="77777777" w:rsidR="00F66C23" w:rsidRDefault="006533D3">
            <w:r>
              <w:br/>
            </w:r>
          </w:p>
        </w:tc>
      </w:tr>
      <w:tr w:rsidR="00DA0579" w14:paraId="638A342B" w14:textId="77777777" w:rsidTr="00DA0579">
        <w:trPr>
          <w:trHeight w:val="513"/>
        </w:trPr>
        <w:tc>
          <w:tcPr>
            <w:tcW w:w="2802" w:type="dxa"/>
          </w:tcPr>
          <w:p w14:paraId="16DDCAB9" w14:textId="77777777" w:rsidR="00DA0579" w:rsidRDefault="00DA0579"/>
        </w:tc>
        <w:tc>
          <w:tcPr>
            <w:tcW w:w="2310" w:type="dxa"/>
          </w:tcPr>
          <w:p w14:paraId="55B6E310" w14:textId="77777777" w:rsidR="00DA0579" w:rsidRDefault="00DA0579"/>
        </w:tc>
        <w:tc>
          <w:tcPr>
            <w:tcW w:w="4068" w:type="dxa"/>
          </w:tcPr>
          <w:p w14:paraId="6431BE11" w14:textId="77777777" w:rsidR="00DA0579" w:rsidRDefault="00DA0579"/>
        </w:tc>
        <w:tc>
          <w:tcPr>
            <w:tcW w:w="1044" w:type="dxa"/>
          </w:tcPr>
          <w:p w14:paraId="63558989" w14:textId="77777777" w:rsidR="00DA0579" w:rsidRDefault="00DA0579"/>
        </w:tc>
      </w:tr>
      <w:tr w:rsidR="00DA0579" w14:paraId="58CCB0AF" w14:textId="77777777" w:rsidTr="00DA0579">
        <w:trPr>
          <w:trHeight w:val="513"/>
        </w:trPr>
        <w:tc>
          <w:tcPr>
            <w:tcW w:w="2802" w:type="dxa"/>
          </w:tcPr>
          <w:p w14:paraId="756769F8" w14:textId="77777777" w:rsidR="00DA0579" w:rsidRDefault="00DA0579"/>
        </w:tc>
        <w:tc>
          <w:tcPr>
            <w:tcW w:w="2310" w:type="dxa"/>
          </w:tcPr>
          <w:p w14:paraId="1B59372C" w14:textId="77777777" w:rsidR="00DA0579" w:rsidRDefault="00DA0579"/>
        </w:tc>
        <w:tc>
          <w:tcPr>
            <w:tcW w:w="4068" w:type="dxa"/>
          </w:tcPr>
          <w:p w14:paraId="48A65200" w14:textId="77777777" w:rsidR="00DA0579" w:rsidRDefault="00DA0579"/>
        </w:tc>
        <w:tc>
          <w:tcPr>
            <w:tcW w:w="1044" w:type="dxa"/>
          </w:tcPr>
          <w:p w14:paraId="2FA49AA0" w14:textId="77777777" w:rsidR="00DA0579" w:rsidRDefault="00DA0579"/>
        </w:tc>
      </w:tr>
      <w:tr w:rsidR="00DA0579" w14:paraId="0A59CD6B" w14:textId="77777777" w:rsidTr="00DA0579">
        <w:trPr>
          <w:trHeight w:val="513"/>
        </w:trPr>
        <w:tc>
          <w:tcPr>
            <w:tcW w:w="2802" w:type="dxa"/>
          </w:tcPr>
          <w:p w14:paraId="02F1917F" w14:textId="77777777" w:rsidR="00DA0579" w:rsidRDefault="00DA0579"/>
        </w:tc>
        <w:tc>
          <w:tcPr>
            <w:tcW w:w="2310" w:type="dxa"/>
          </w:tcPr>
          <w:p w14:paraId="08676984" w14:textId="77777777" w:rsidR="00DA0579" w:rsidRDefault="00DA0579"/>
        </w:tc>
        <w:tc>
          <w:tcPr>
            <w:tcW w:w="4068" w:type="dxa"/>
          </w:tcPr>
          <w:p w14:paraId="02479F29" w14:textId="77777777" w:rsidR="00DA0579" w:rsidRDefault="00DA0579"/>
        </w:tc>
        <w:tc>
          <w:tcPr>
            <w:tcW w:w="1044" w:type="dxa"/>
          </w:tcPr>
          <w:p w14:paraId="10B1A6D4" w14:textId="77777777" w:rsidR="00DA0579" w:rsidRDefault="00DA0579"/>
        </w:tc>
      </w:tr>
      <w:tr w:rsidR="00DA0579" w14:paraId="7CA4D824" w14:textId="77777777" w:rsidTr="00DA0579">
        <w:trPr>
          <w:trHeight w:val="513"/>
        </w:trPr>
        <w:tc>
          <w:tcPr>
            <w:tcW w:w="2802" w:type="dxa"/>
          </w:tcPr>
          <w:p w14:paraId="572E7931" w14:textId="77777777" w:rsidR="00DA0579" w:rsidRDefault="00DA0579"/>
        </w:tc>
        <w:tc>
          <w:tcPr>
            <w:tcW w:w="2310" w:type="dxa"/>
          </w:tcPr>
          <w:p w14:paraId="2CEC369A" w14:textId="77777777" w:rsidR="00DA0579" w:rsidRDefault="00DA0579"/>
        </w:tc>
        <w:tc>
          <w:tcPr>
            <w:tcW w:w="4068" w:type="dxa"/>
          </w:tcPr>
          <w:p w14:paraId="7CF777B3" w14:textId="77777777" w:rsidR="00DA0579" w:rsidRDefault="00DA0579"/>
        </w:tc>
        <w:tc>
          <w:tcPr>
            <w:tcW w:w="1044" w:type="dxa"/>
          </w:tcPr>
          <w:p w14:paraId="3CB8125A" w14:textId="77777777" w:rsidR="00DA0579" w:rsidRDefault="00DA0579"/>
        </w:tc>
      </w:tr>
      <w:tr w:rsidR="00F66C23" w14:paraId="09389EA5" w14:textId="77777777" w:rsidTr="00DA0579">
        <w:trPr>
          <w:trHeight w:val="513"/>
        </w:trPr>
        <w:tc>
          <w:tcPr>
            <w:tcW w:w="2802" w:type="dxa"/>
          </w:tcPr>
          <w:p w14:paraId="249611A8" w14:textId="77777777" w:rsidR="00F66C23" w:rsidRDefault="006533D3">
            <w:r>
              <w:br/>
            </w:r>
          </w:p>
        </w:tc>
        <w:tc>
          <w:tcPr>
            <w:tcW w:w="2310" w:type="dxa"/>
          </w:tcPr>
          <w:p w14:paraId="2C3030CD" w14:textId="77777777" w:rsidR="00F66C23" w:rsidRDefault="006533D3">
            <w:r>
              <w:br/>
            </w:r>
          </w:p>
        </w:tc>
        <w:tc>
          <w:tcPr>
            <w:tcW w:w="4068" w:type="dxa"/>
          </w:tcPr>
          <w:p w14:paraId="4FCCE8FC" w14:textId="77777777" w:rsidR="00F66C23" w:rsidRDefault="006533D3">
            <w:r>
              <w:br/>
            </w:r>
          </w:p>
        </w:tc>
        <w:tc>
          <w:tcPr>
            <w:tcW w:w="1044" w:type="dxa"/>
          </w:tcPr>
          <w:p w14:paraId="0312F473" w14:textId="77777777" w:rsidR="00F66C23" w:rsidRDefault="006533D3">
            <w:r>
              <w:br/>
            </w:r>
          </w:p>
        </w:tc>
      </w:tr>
      <w:tr w:rsidR="00F66C23" w14:paraId="0188DA59" w14:textId="77777777" w:rsidTr="00DA0579">
        <w:trPr>
          <w:trHeight w:val="513"/>
        </w:trPr>
        <w:tc>
          <w:tcPr>
            <w:tcW w:w="2802" w:type="dxa"/>
          </w:tcPr>
          <w:p w14:paraId="5C2AE2A1" w14:textId="77777777" w:rsidR="00F66C23" w:rsidRDefault="006533D3">
            <w:r>
              <w:br/>
            </w:r>
          </w:p>
        </w:tc>
        <w:tc>
          <w:tcPr>
            <w:tcW w:w="2310" w:type="dxa"/>
          </w:tcPr>
          <w:p w14:paraId="74451E48" w14:textId="77777777" w:rsidR="00F66C23" w:rsidRDefault="006533D3">
            <w:r>
              <w:br/>
            </w:r>
          </w:p>
        </w:tc>
        <w:tc>
          <w:tcPr>
            <w:tcW w:w="4068" w:type="dxa"/>
          </w:tcPr>
          <w:p w14:paraId="1AA79EFA" w14:textId="77777777" w:rsidR="00F66C23" w:rsidRDefault="006533D3">
            <w:r>
              <w:br/>
            </w:r>
          </w:p>
        </w:tc>
        <w:tc>
          <w:tcPr>
            <w:tcW w:w="1044" w:type="dxa"/>
          </w:tcPr>
          <w:p w14:paraId="2B8AA92C" w14:textId="77777777" w:rsidR="00F66C23" w:rsidRDefault="006533D3">
            <w:r>
              <w:br/>
            </w:r>
          </w:p>
        </w:tc>
      </w:tr>
    </w:tbl>
    <w:p w14:paraId="73ADD728" w14:textId="77777777" w:rsidR="00DA0579" w:rsidRDefault="00DA0579">
      <w:pPr>
        <w:rPr>
          <w:b/>
          <w:color w:val="003366"/>
          <w:sz w:val="26"/>
        </w:rPr>
      </w:pPr>
    </w:p>
    <w:p w14:paraId="7A2D483E" w14:textId="2D9CCE94" w:rsidR="00F66C23" w:rsidRDefault="006533D3">
      <w:r>
        <w:rPr>
          <w:b/>
          <w:color w:val="003366"/>
          <w:sz w:val="26"/>
        </w:rPr>
        <w:t>PROFESSIONAL MEMBERSHIPS AND CPD</w:t>
      </w:r>
    </w:p>
    <w:tbl>
      <w:tblPr>
        <w:tblStyle w:val="TableGrid"/>
        <w:tblW w:w="0" w:type="auto"/>
        <w:tblLook w:val="04A0" w:firstRow="1" w:lastRow="0" w:firstColumn="1" w:lastColumn="0" w:noHBand="0" w:noVBand="1"/>
      </w:tblPr>
      <w:tblGrid>
        <w:gridCol w:w="4215"/>
        <w:gridCol w:w="4389"/>
        <w:gridCol w:w="1610"/>
      </w:tblGrid>
      <w:tr w:rsidR="00F66C23" w14:paraId="7E59C61B" w14:textId="77777777" w:rsidTr="0038756B">
        <w:tc>
          <w:tcPr>
            <w:tcW w:w="4219" w:type="dxa"/>
          </w:tcPr>
          <w:p w14:paraId="36397068" w14:textId="77777777" w:rsidR="00F66C23" w:rsidRDefault="006533D3">
            <w:r>
              <w:t>Professional Body</w:t>
            </w:r>
          </w:p>
        </w:tc>
        <w:tc>
          <w:tcPr>
            <w:tcW w:w="4394" w:type="dxa"/>
          </w:tcPr>
          <w:p w14:paraId="549A0ACA" w14:textId="77777777" w:rsidR="00F66C23" w:rsidRDefault="006533D3">
            <w:r>
              <w:t>Membership Level</w:t>
            </w:r>
          </w:p>
        </w:tc>
        <w:tc>
          <w:tcPr>
            <w:tcW w:w="1611" w:type="dxa"/>
          </w:tcPr>
          <w:p w14:paraId="349CCC63" w14:textId="77777777" w:rsidR="00F66C23" w:rsidRDefault="006533D3">
            <w:r>
              <w:t>Year Awarded</w:t>
            </w:r>
          </w:p>
        </w:tc>
      </w:tr>
      <w:tr w:rsidR="00F66C23" w14:paraId="21A3A3D6" w14:textId="77777777" w:rsidTr="0038756B">
        <w:tc>
          <w:tcPr>
            <w:tcW w:w="4219" w:type="dxa"/>
          </w:tcPr>
          <w:p w14:paraId="5511F956" w14:textId="77777777" w:rsidR="00F66C23" w:rsidRDefault="006533D3">
            <w:r>
              <w:br/>
            </w:r>
          </w:p>
        </w:tc>
        <w:tc>
          <w:tcPr>
            <w:tcW w:w="4394" w:type="dxa"/>
          </w:tcPr>
          <w:p w14:paraId="2D9737ED" w14:textId="77777777" w:rsidR="00F66C23" w:rsidRDefault="006533D3">
            <w:r>
              <w:br/>
            </w:r>
          </w:p>
        </w:tc>
        <w:tc>
          <w:tcPr>
            <w:tcW w:w="1611" w:type="dxa"/>
          </w:tcPr>
          <w:p w14:paraId="1D495737" w14:textId="77777777" w:rsidR="00F66C23" w:rsidRDefault="006533D3">
            <w:r>
              <w:br/>
            </w:r>
          </w:p>
        </w:tc>
      </w:tr>
      <w:tr w:rsidR="00F66C23" w14:paraId="39838858" w14:textId="77777777" w:rsidTr="0038756B">
        <w:tc>
          <w:tcPr>
            <w:tcW w:w="4219" w:type="dxa"/>
          </w:tcPr>
          <w:p w14:paraId="1DD10DD4" w14:textId="77777777" w:rsidR="00F66C23" w:rsidRDefault="006533D3">
            <w:r>
              <w:br/>
            </w:r>
          </w:p>
        </w:tc>
        <w:tc>
          <w:tcPr>
            <w:tcW w:w="4394" w:type="dxa"/>
          </w:tcPr>
          <w:p w14:paraId="780C439F" w14:textId="77777777" w:rsidR="00F66C23" w:rsidRDefault="006533D3">
            <w:r>
              <w:br/>
            </w:r>
          </w:p>
        </w:tc>
        <w:tc>
          <w:tcPr>
            <w:tcW w:w="1611" w:type="dxa"/>
          </w:tcPr>
          <w:p w14:paraId="098B2127" w14:textId="77777777" w:rsidR="00F66C23" w:rsidRDefault="006533D3">
            <w:r>
              <w:br/>
            </w:r>
          </w:p>
        </w:tc>
      </w:tr>
      <w:tr w:rsidR="00F66C23" w14:paraId="454DE2EE" w14:textId="77777777" w:rsidTr="0038756B">
        <w:tc>
          <w:tcPr>
            <w:tcW w:w="4219" w:type="dxa"/>
          </w:tcPr>
          <w:p w14:paraId="06127422" w14:textId="77777777" w:rsidR="00F66C23" w:rsidRDefault="006533D3">
            <w:r>
              <w:br/>
            </w:r>
          </w:p>
        </w:tc>
        <w:tc>
          <w:tcPr>
            <w:tcW w:w="4394" w:type="dxa"/>
          </w:tcPr>
          <w:p w14:paraId="0CFDFFDE" w14:textId="77777777" w:rsidR="00F66C23" w:rsidRDefault="006533D3">
            <w:r>
              <w:br/>
            </w:r>
          </w:p>
        </w:tc>
        <w:tc>
          <w:tcPr>
            <w:tcW w:w="1611" w:type="dxa"/>
          </w:tcPr>
          <w:p w14:paraId="074D8E04" w14:textId="77777777" w:rsidR="00F66C23" w:rsidRDefault="006533D3">
            <w:r>
              <w:br/>
            </w:r>
          </w:p>
        </w:tc>
      </w:tr>
      <w:tr w:rsidR="00F66C23" w14:paraId="2FF85501" w14:textId="77777777" w:rsidTr="0038756B">
        <w:tc>
          <w:tcPr>
            <w:tcW w:w="4219" w:type="dxa"/>
          </w:tcPr>
          <w:p w14:paraId="58079622" w14:textId="77777777" w:rsidR="00F66C23" w:rsidRDefault="006533D3">
            <w:r>
              <w:br/>
            </w:r>
          </w:p>
        </w:tc>
        <w:tc>
          <w:tcPr>
            <w:tcW w:w="4394" w:type="dxa"/>
          </w:tcPr>
          <w:p w14:paraId="36176FBE" w14:textId="77777777" w:rsidR="00F66C23" w:rsidRDefault="006533D3">
            <w:r>
              <w:br/>
            </w:r>
          </w:p>
        </w:tc>
        <w:tc>
          <w:tcPr>
            <w:tcW w:w="1611" w:type="dxa"/>
          </w:tcPr>
          <w:p w14:paraId="3C269A40" w14:textId="77777777" w:rsidR="00F66C23" w:rsidRDefault="006533D3">
            <w:r>
              <w:br/>
            </w:r>
          </w:p>
        </w:tc>
      </w:tr>
    </w:tbl>
    <w:p w14:paraId="2FB705C7" w14:textId="77777777" w:rsidR="0038756B" w:rsidRDefault="0038756B">
      <w:pPr>
        <w:rPr>
          <w:b/>
          <w:color w:val="003366"/>
          <w:sz w:val="26"/>
        </w:rPr>
      </w:pPr>
    </w:p>
    <w:p w14:paraId="64E1D357" w14:textId="79BF01DA" w:rsidR="00F66C23" w:rsidRDefault="006533D3">
      <w:pPr>
        <w:rPr>
          <w:b/>
          <w:color w:val="003366"/>
          <w:sz w:val="26"/>
        </w:rPr>
      </w:pPr>
      <w:r>
        <w:rPr>
          <w:b/>
          <w:color w:val="003366"/>
          <w:sz w:val="26"/>
        </w:rPr>
        <w:t>PRESENT OR MOST RECENT EMPLOYMENT</w:t>
      </w:r>
    </w:p>
    <w:tbl>
      <w:tblPr>
        <w:tblStyle w:val="TableGrid"/>
        <w:tblW w:w="0" w:type="auto"/>
        <w:tblLook w:val="04A0" w:firstRow="1" w:lastRow="0" w:firstColumn="1" w:lastColumn="0" w:noHBand="0" w:noVBand="1"/>
      </w:tblPr>
      <w:tblGrid>
        <w:gridCol w:w="10214"/>
      </w:tblGrid>
      <w:tr w:rsidR="0038756B" w14:paraId="2631D544" w14:textId="77777777" w:rsidTr="00DA0579">
        <w:trPr>
          <w:trHeight w:val="3254"/>
        </w:trPr>
        <w:tc>
          <w:tcPr>
            <w:tcW w:w="10440" w:type="dxa"/>
          </w:tcPr>
          <w:p w14:paraId="6F8907C0" w14:textId="77777777" w:rsidR="0038756B" w:rsidRDefault="0038756B" w:rsidP="0038756B">
            <w:pPr>
              <w:rPr>
                <w:b/>
                <w:sz w:val="24"/>
                <w:szCs w:val="28"/>
              </w:rPr>
            </w:pPr>
          </w:p>
          <w:p w14:paraId="6A906C47" w14:textId="6A7D99FA" w:rsidR="0038756B" w:rsidRPr="00DA0579" w:rsidRDefault="0038756B" w:rsidP="0038756B">
            <w:pPr>
              <w:rPr>
                <w:bCs/>
                <w:sz w:val="24"/>
                <w:szCs w:val="28"/>
              </w:rPr>
            </w:pPr>
            <w:r w:rsidRPr="00DA0579">
              <w:rPr>
                <w:bCs/>
                <w:sz w:val="24"/>
                <w:szCs w:val="28"/>
              </w:rPr>
              <w:t xml:space="preserve">Employer: </w:t>
            </w:r>
          </w:p>
          <w:p w14:paraId="1F1BD7E5" w14:textId="77777777" w:rsidR="0038756B" w:rsidRPr="00DA0579" w:rsidRDefault="0038756B" w:rsidP="0038756B">
            <w:pPr>
              <w:rPr>
                <w:bCs/>
                <w:sz w:val="24"/>
                <w:szCs w:val="28"/>
              </w:rPr>
            </w:pPr>
          </w:p>
          <w:p w14:paraId="4196DB6D" w14:textId="76FB3B38" w:rsidR="0038756B" w:rsidRPr="00DA0579" w:rsidRDefault="0038756B" w:rsidP="0038756B">
            <w:pPr>
              <w:rPr>
                <w:bCs/>
                <w:sz w:val="24"/>
                <w:szCs w:val="28"/>
              </w:rPr>
            </w:pPr>
            <w:r w:rsidRPr="00DA0579">
              <w:rPr>
                <w:bCs/>
                <w:sz w:val="24"/>
                <w:szCs w:val="28"/>
              </w:rPr>
              <w:t xml:space="preserve">Job Title: </w:t>
            </w:r>
          </w:p>
          <w:p w14:paraId="5B46DF53" w14:textId="77777777" w:rsidR="0038756B" w:rsidRPr="00DA0579" w:rsidRDefault="0038756B" w:rsidP="0038756B">
            <w:pPr>
              <w:rPr>
                <w:bCs/>
                <w:sz w:val="24"/>
                <w:szCs w:val="28"/>
              </w:rPr>
            </w:pPr>
          </w:p>
          <w:p w14:paraId="536CB332" w14:textId="0A362C1C" w:rsidR="0038756B" w:rsidRPr="00DA0579" w:rsidRDefault="0038756B" w:rsidP="0038756B">
            <w:pPr>
              <w:rPr>
                <w:bCs/>
                <w:sz w:val="24"/>
                <w:szCs w:val="28"/>
              </w:rPr>
            </w:pPr>
            <w:r w:rsidRPr="00DA0579">
              <w:rPr>
                <w:bCs/>
                <w:sz w:val="24"/>
                <w:szCs w:val="28"/>
              </w:rPr>
              <w:t xml:space="preserve">Salary: </w:t>
            </w:r>
          </w:p>
          <w:p w14:paraId="1366739A" w14:textId="77777777" w:rsidR="0038756B" w:rsidRPr="00DA0579" w:rsidRDefault="0038756B" w:rsidP="0038756B">
            <w:pPr>
              <w:rPr>
                <w:bCs/>
                <w:sz w:val="24"/>
                <w:szCs w:val="28"/>
              </w:rPr>
            </w:pPr>
          </w:p>
          <w:p w14:paraId="0C2373C3" w14:textId="48F252FC" w:rsidR="0038756B" w:rsidRPr="00DA0579" w:rsidRDefault="0038756B" w:rsidP="0038756B">
            <w:pPr>
              <w:rPr>
                <w:bCs/>
                <w:sz w:val="24"/>
                <w:szCs w:val="28"/>
              </w:rPr>
            </w:pPr>
            <w:r w:rsidRPr="00DA0579">
              <w:rPr>
                <w:bCs/>
                <w:sz w:val="24"/>
                <w:szCs w:val="28"/>
              </w:rPr>
              <w:t xml:space="preserve">Employment Dates: </w:t>
            </w:r>
          </w:p>
          <w:p w14:paraId="74423CC8" w14:textId="77777777" w:rsidR="0038756B" w:rsidRPr="00DA0579" w:rsidRDefault="0038756B" w:rsidP="0038756B">
            <w:pPr>
              <w:rPr>
                <w:bCs/>
                <w:sz w:val="24"/>
                <w:szCs w:val="28"/>
              </w:rPr>
            </w:pPr>
          </w:p>
          <w:p w14:paraId="471CB736" w14:textId="5C6D9D8E" w:rsidR="0038756B" w:rsidRPr="00DA0579" w:rsidRDefault="0038756B" w:rsidP="0038756B">
            <w:pPr>
              <w:rPr>
                <w:bCs/>
                <w:sz w:val="24"/>
                <w:szCs w:val="28"/>
              </w:rPr>
            </w:pPr>
            <w:r w:rsidRPr="00DA0579">
              <w:rPr>
                <w:bCs/>
                <w:sz w:val="24"/>
                <w:szCs w:val="28"/>
              </w:rPr>
              <w:t xml:space="preserve">Reason for Leaving: </w:t>
            </w:r>
          </w:p>
          <w:p w14:paraId="3F1F133D" w14:textId="77777777" w:rsidR="0038756B" w:rsidRDefault="0038756B"/>
        </w:tc>
      </w:tr>
    </w:tbl>
    <w:p w14:paraId="0AE169C1" w14:textId="77777777" w:rsidR="00F66C23" w:rsidRPr="0038756B" w:rsidRDefault="006533D3">
      <w:pPr>
        <w:rPr>
          <w:b/>
          <w:color w:val="003366"/>
          <w:sz w:val="26"/>
        </w:rPr>
      </w:pPr>
      <w:r w:rsidRPr="0038756B">
        <w:rPr>
          <w:b/>
          <w:color w:val="003366"/>
          <w:sz w:val="26"/>
        </w:rPr>
        <w:lastRenderedPageBreak/>
        <w:t>Main Duties and Responsibilities</w:t>
      </w:r>
    </w:p>
    <w:tbl>
      <w:tblPr>
        <w:tblStyle w:val="TableGrid"/>
        <w:tblW w:w="0" w:type="auto"/>
        <w:tblLook w:val="04A0" w:firstRow="1" w:lastRow="0" w:firstColumn="1" w:lastColumn="0" w:noHBand="0" w:noVBand="1"/>
      </w:tblPr>
      <w:tblGrid>
        <w:gridCol w:w="10214"/>
      </w:tblGrid>
      <w:tr w:rsidR="0038756B" w14:paraId="42453E14" w14:textId="77777777" w:rsidTr="00DA0579">
        <w:trPr>
          <w:trHeight w:val="6522"/>
        </w:trPr>
        <w:tc>
          <w:tcPr>
            <w:tcW w:w="10440" w:type="dxa"/>
          </w:tcPr>
          <w:p w14:paraId="4AD4015E" w14:textId="77777777" w:rsidR="0038756B" w:rsidRDefault="0038756B"/>
        </w:tc>
      </w:tr>
    </w:tbl>
    <w:p w14:paraId="1A4777A0" w14:textId="77777777" w:rsidR="0038756B" w:rsidRDefault="0038756B">
      <w:pPr>
        <w:rPr>
          <w:b/>
          <w:color w:val="003366"/>
          <w:sz w:val="26"/>
        </w:rPr>
      </w:pPr>
    </w:p>
    <w:p w14:paraId="7C5B5BA2" w14:textId="73E4596C" w:rsidR="00F66C23" w:rsidRDefault="006533D3">
      <w:r>
        <w:rPr>
          <w:b/>
          <w:color w:val="003366"/>
          <w:sz w:val="26"/>
        </w:rPr>
        <w:t>EMPLOYMENT HISTORY</w:t>
      </w:r>
    </w:p>
    <w:tbl>
      <w:tblPr>
        <w:tblStyle w:val="TableGrid"/>
        <w:tblW w:w="0" w:type="auto"/>
        <w:tblLook w:val="04A0" w:firstRow="1" w:lastRow="0" w:firstColumn="1" w:lastColumn="0" w:noHBand="0" w:noVBand="1"/>
      </w:tblPr>
      <w:tblGrid>
        <w:gridCol w:w="2044"/>
        <w:gridCol w:w="1464"/>
        <w:gridCol w:w="1416"/>
        <w:gridCol w:w="2407"/>
        <w:gridCol w:w="2883"/>
      </w:tblGrid>
      <w:tr w:rsidR="00F66C23" w14:paraId="5DC1504E" w14:textId="77777777" w:rsidTr="0038756B">
        <w:tc>
          <w:tcPr>
            <w:tcW w:w="2045" w:type="dxa"/>
          </w:tcPr>
          <w:p w14:paraId="57D763B1" w14:textId="77777777" w:rsidR="00F66C23" w:rsidRDefault="006533D3">
            <w:r>
              <w:t>Employer</w:t>
            </w:r>
          </w:p>
        </w:tc>
        <w:tc>
          <w:tcPr>
            <w:tcW w:w="1465" w:type="dxa"/>
          </w:tcPr>
          <w:p w14:paraId="7D18514B" w14:textId="77777777" w:rsidR="00F66C23" w:rsidRDefault="006533D3">
            <w:r>
              <w:t>From</w:t>
            </w:r>
          </w:p>
        </w:tc>
        <w:tc>
          <w:tcPr>
            <w:tcW w:w="1418" w:type="dxa"/>
          </w:tcPr>
          <w:p w14:paraId="28F39BD7" w14:textId="77777777" w:rsidR="00F66C23" w:rsidRDefault="006533D3">
            <w:r>
              <w:t>To</w:t>
            </w:r>
          </w:p>
        </w:tc>
        <w:tc>
          <w:tcPr>
            <w:tcW w:w="2410" w:type="dxa"/>
          </w:tcPr>
          <w:p w14:paraId="24AE48AB" w14:textId="77777777" w:rsidR="00F66C23" w:rsidRDefault="006533D3">
            <w:r>
              <w:t>Position Held</w:t>
            </w:r>
          </w:p>
        </w:tc>
        <w:tc>
          <w:tcPr>
            <w:tcW w:w="2887" w:type="dxa"/>
          </w:tcPr>
          <w:p w14:paraId="4D269F7D" w14:textId="77777777" w:rsidR="00F66C23" w:rsidRDefault="006533D3">
            <w:r>
              <w:t>Reason for Leaving</w:t>
            </w:r>
          </w:p>
        </w:tc>
      </w:tr>
      <w:tr w:rsidR="00F66C23" w14:paraId="4E11161F" w14:textId="77777777" w:rsidTr="00DA0579">
        <w:trPr>
          <w:trHeight w:val="700"/>
        </w:trPr>
        <w:tc>
          <w:tcPr>
            <w:tcW w:w="2045" w:type="dxa"/>
          </w:tcPr>
          <w:p w14:paraId="5C32AEA1" w14:textId="77777777" w:rsidR="00F66C23" w:rsidRDefault="006533D3">
            <w:r>
              <w:br/>
            </w:r>
          </w:p>
        </w:tc>
        <w:tc>
          <w:tcPr>
            <w:tcW w:w="1465" w:type="dxa"/>
          </w:tcPr>
          <w:p w14:paraId="1F623EB7" w14:textId="77777777" w:rsidR="00F66C23" w:rsidRDefault="006533D3">
            <w:r>
              <w:br/>
            </w:r>
          </w:p>
        </w:tc>
        <w:tc>
          <w:tcPr>
            <w:tcW w:w="1418" w:type="dxa"/>
          </w:tcPr>
          <w:p w14:paraId="170CBF5C" w14:textId="77777777" w:rsidR="00F66C23" w:rsidRDefault="006533D3">
            <w:r>
              <w:br/>
            </w:r>
          </w:p>
        </w:tc>
        <w:tc>
          <w:tcPr>
            <w:tcW w:w="2410" w:type="dxa"/>
          </w:tcPr>
          <w:p w14:paraId="5F15EDD5" w14:textId="77777777" w:rsidR="00F66C23" w:rsidRDefault="006533D3">
            <w:r>
              <w:br/>
            </w:r>
          </w:p>
        </w:tc>
        <w:tc>
          <w:tcPr>
            <w:tcW w:w="2887" w:type="dxa"/>
          </w:tcPr>
          <w:p w14:paraId="6751F42B" w14:textId="77777777" w:rsidR="00F66C23" w:rsidRDefault="006533D3">
            <w:r>
              <w:br/>
            </w:r>
          </w:p>
        </w:tc>
      </w:tr>
      <w:tr w:rsidR="00F66C23" w14:paraId="7C40E3BD" w14:textId="77777777" w:rsidTr="00DA0579">
        <w:trPr>
          <w:trHeight w:val="700"/>
        </w:trPr>
        <w:tc>
          <w:tcPr>
            <w:tcW w:w="2045" w:type="dxa"/>
          </w:tcPr>
          <w:p w14:paraId="008A90D0" w14:textId="77777777" w:rsidR="00F66C23" w:rsidRDefault="006533D3">
            <w:r>
              <w:br/>
            </w:r>
          </w:p>
        </w:tc>
        <w:tc>
          <w:tcPr>
            <w:tcW w:w="1465" w:type="dxa"/>
          </w:tcPr>
          <w:p w14:paraId="5EE21E1A" w14:textId="77777777" w:rsidR="00F66C23" w:rsidRDefault="006533D3">
            <w:r>
              <w:br/>
            </w:r>
          </w:p>
        </w:tc>
        <w:tc>
          <w:tcPr>
            <w:tcW w:w="1418" w:type="dxa"/>
          </w:tcPr>
          <w:p w14:paraId="23A9C189" w14:textId="77777777" w:rsidR="00F66C23" w:rsidRDefault="006533D3">
            <w:r>
              <w:br/>
            </w:r>
          </w:p>
        </w:tc>
        <w:tc>
          <w:tcPr>
            <w:tcW w:w="2410" w:type="dxa"/>
          </w:tcPr>
          <w:p w14:paraId="42726DE6" w14:textId="77777777" w:rsidR="00F66C23" w:rsidRDefault="006533D3">
            <w:r>
              <w:br/>
            </w:r>
          </w:p>
        </w:tc>
        <w:tc>
          <w:tcPr>
            <w:tcW w:w="2887" w:type="dxa"/>
          </w:tcPr>
          <w:p w14:paraId="3AEEF52F" w14:textId="77777777" w:rsidR="00F66C23" w:rsidRDefault="006533D3">
            <w:r>
              <w:br/>
            </w:r>
          </w:p>
        </w:tc>
      </w:tr>
      <w:tr w:rsidR="00F66C23" w14:paraId="08D0AEFE" w14:textId="77777777" w:rsidTr="00DA0579">
        <w:trPr>
          <w:trHeight w:val="700"/>
        </w:trPr>
        <w:tc>
          <w:tcPr>
            <w:tcW w:w="2045" w:type="dxa"/>
          </w:tcPr>
          <w:p w14:paraId="606DB76E" w14:textId="77777777" w:rsidR="00F66C23" w:rsidRDefault="006533D3">
            <w:r>
              <w:br/>
            </w:r>
          </w:p>
        </w:tc>
        <w:tc>
          <w:tcPr>
            <w:tcW w:w="1465" w:type="dxa"/>
          </w:tcPr>
          <w:p w14:paraId="6C22D4D8" w14:textId="77777777" w:rsidR="00F66C23" w:rsidRDefault="006533D3">
            <w:r>
              <w:br/>
            </w:r>
          </w:p>
        </w:tc>
        <w:tc>
          <w:tcPr>
            <w:tcW w:w="1418" w:type="dxa"/>
          </w:tcPr>
          <w:p w14:paraId="0F4C532A" w14:textId="77777777" w:rsidR="00F66C23" w:rsidRDefault="006533D3">
            <w:r>
              <w:br/>
            </w:r>
          </w:p>
        </w:tc>
        <w:tc>
          <w:tcPr>
            <w:tcW w:w="2410" w:type="dxa"/>
          </w:tcPr>
          <w:p w14:paraId="7E1F2CEC" w14:textId="77777777" w:rsidR="00F66C23" w:rsidRDefault="006533D3">
            <w:r>
              <w:br/>
            </w:r>
          </w:p>
        </w:tc>
        <w:tc>
          <w:tcPr>
            <w:tcW w:w="2887" w:type="dxa"/>
          </w:tcPr>
          <w:p w14:paraId="0D0B628F" w14:textId="77777777" w:rsidR="00F66C23" w:rsidRDefault="006533D3">
            <w:r>
              <w:br/>
            </w:r>
          </w:p>
        </w:tc>
      </w:tr>
      <w:tr w:rsidR="00F66C23" w14:paraId="0CAA4C41" w14:textId="77777777" w:rsidTr="00DA0579">
        <w:trPr>
          <w:trHeight w:val="700"/>
        </w:trPr>
        <w:tc>
          <w:tcPr>
            <w:tcW w:w="2045" w:type="dxa"/>
          </w:tcPr>
          <w:p w14:paraId="48D5EBBD" w14:textId="77777777" w:rsidR="00F66C23" w:rsidRDefault="006533D3">
            <w:r>
              <w:br/>
            </w:r>
          </w:p>
        </w:tc>
        <w:tc>
          <w:tcPr>
            <w:tcW w:w="1465" w:type="dxa"/>
          </w:tcPr>
          <w:p w14:paraId="51C1849B" w14:textId="77777777" w:rsidR="00F66C23" w:rsidRDefault="006533D3">
            <w:r>
              <w:br/>
            </w:r>
          </w:p>
        </w:tc>
        <w:tc>
          <w:tcPr>
            <w:tcW w:w="1418" w:type="dxa"/>
          </w:tcPr>
          <w:p w14:paraId="08090B13" w14:textId="77777777" w:rsidR="00F66C23" w:rsidRDefault="006533D3">
            <w:r>
              <w:br/>
            </w:r>
          </w:p>
        </w:tc>
        <w:tc>
          <w:tcPr>
            <w:tcW w:w="2410" w:type="dxa"/>
          </w:tcPr>
          <w:p w14:paraId="5DFA866E" w14:textId="77777777" w:rsidR="00F66C23" w:rsidRDefault="006533D3">
            <w:r>
              <w:br/>
            </w:r>
          </w:p>
        </w:tc>
        <w:tc>
          <w:tcPr>
            <w:tcW w:w="2887" w:type="dxa"/>
          </w:tcPr>
          <w:p w14:paraId="6F042271" w14:textId="77777777" w:rsidR="00F66C23" w:rsidRDefault="006533D3">
            <w:r>
              <w:br/>
            </w:r>
          </w:p>
        </w:tc>
      </w:tr>
      <w:tr w:rsidR="00F66C23" w14:paraId="226248AE" w14:textId="77777777" w:rsidTr="00DA0579">
        <w:trPr>
          <w:trHeight w:val="700"/>
        </w:trPr>
        <w:tc>
          <w:tcPr>
            <w:tcW w:w="2045" w:type="dxa"/>
          </w:tcPr>
          <w:p w14:paraId="7C3C0F2F" w14:textId="77777777" w:rsidR="00F66C23" w:rsidRDefault="006533D3">
            <w:r>
              <w:br/>
            </w:r>
          </w:p>
        </w:tc>
        <w:tc>
          <w:tcPr>
            <w:tcW w:w="1465" w:type="dxa"/>
          </w:tcPr>
          <w:p w14:paraId="271F7968" w14:textId="77777777" w:rsidR="00F66C23" w:rsidRDefault="006533D3">
            <w:r>
              <w:br/>
            </w:r>
          </w:p>
        </w:tc>
        <w:tc>
          <w:tcPr>
            <w:tcW w:w="1418" w:type="dxa"/>
          </w:tcPr>
          <w:p w14:paraId="7D8163DE" w14:textId="77777777" w:rsidR="00F66C23" w:rsidRDefault="006533D3">
            <w:r>
              <w:br/>
            </w:r>
          </w:p>
        </w:tc>
        <w:tc>
          <w:tcPr>
            <w:tcW w:w="2410" w:type="dxa"/>
          </w:tcPr>
          <w:p w14:paraId="67E13ABA" w14:textId="77777777" w:rsidR="00F66C23" w:rsidRDefault="006533D3">
            <w:r>
              <w:br/>
            </w:r>
          </w:p>
        </w:tc>
        <w:tc>
          <w:tcPr>
            <w:tcW w:w="2887" w:type="dxa"/>
          </w:tcPr>
          <w:p w14:paraId="4696CDCF" w14:textId="77777777" w:rsidR="00F66C23" w:rsidRDefault="006533D3">
            <w:r>
              <w:br/>
            </w:r>
          </w:p>
        </w:tc>
      </w:tr>
      <w:tr w:rsidR="00DA0579" w14:paraId="6F86DACE" w14:textId="77777777" w:rsidTr="00DA0579">
        <w:trPr>
          <w:trHeight w:val="700"/>
        </w:trPr>
        <w:tc>
          <w:tcPr>
            <w:tcW w:w="2045" w:type="dxa"/>
          </w:tcPr>
          <w:p w14:paraId="27E3DD45" w14:textId="77777777" w:rsidR="00DA0579" w:rsidRDefault="00DA0579"/>
        </w:tc>
        <w:tc>
          <w:tcPr>
            <w:tcW w:w="1465" w:type="dxa"/>
          </w:tcPr>
          <w:p w14:paraId="6BAC61B4" w14:textId="77777777" w:rsidR="00DA0579" w:rsidRDefault="00DA0579"/>
        </w:tc>
        <w:tc>
          <w:tcPr>
            <w:tcW w:w="1418" w:type="dxa"/>
          </w:tcPr>
          <w:p w14:paraId="4F2D14BA" w14:textId="77777777" w:rsidR="00DA0579" w:rsidRDefault="00DA0579"/>
        </w:tc>
        <w:tc>
          <w:tcPr>
            <w:tcW w:w="2410" w:type="dxa"/>
          </w:tcPr>
          <w:p w14:paraId="0F80F16D" w14:textId="77777777" w:rsidR="00DA0579" w:rsidRDefault="00DA0579"/>
        </w:tc>
        <w:tc>
          <w:tcPr>
            <w:tcW w:w="2887" w:type="dxa"/>
          </w:tcPr>
          <w:p w14:paraId="60BA8B82" w14:textId="77777777" w:rsidR="00DA0579" w:rsidRDefault="00DA0579"/>
        </w:tc>
      </w:tr>
      <w:tr w:rsidR="00F66C23" w14:paraId="17FC59DC" w14:textId="77777777" w:rsidTr="00DA0579">
        <w:trPr>
          <w:trHeight w:val="700"/>
        </w:trPr>
        <w:tc>
          <w:tcPr>
            <w:tcW w:w="2045" w:type="dxa"/>
          </w:tcPr>
          <w:p w14:paraId="2F8B03D1" w14:textId="77777777" w:rsidR="00F66C23" w:rsidRDefault="006533D3">
            <w:r>
              <w:br/>
            </w:r>
          </w:p>
        </w:tc>
        <w:tc>
          <w:tcPr>
            <w:tcW w:w="1465" w:type="dxa"/>
          </w:tcPr>
          <w:p w14:paraId="031E4325" w14:textId="77777777" w:rsidR="00F66C23" w:rsidRDefault="006533D3">
            <w:r>
              <w:br/>
            </w:r>
          </w:p>
        </w:tc>
        <w:tc>
          <w:tcPr>
            <w:tcW w:w="1418" w:type="dxa"/>
          </w:tcPr>
          <w:p w14:paraId="3B028A3B" w14:textId="77777777" w:rsidR="00F66C23" w:rsidRDefault="006533D3">
            <w:r>
              <w:br/>
            </w:r>
          </w:p>
        </w:tc>
        <w:tc>
          <w:tcPr>
            <w:tcW w:w="2410" w:type="dxa"/>
          </w:tcPr>
          <w:p w14:paraId="6B7DBE38" w14:textId="77777777" w:rsidR="00F66C23" w:rsidRDefault="006533D3">
            <w:r>
              <w:br/>
            </w:r>
          </w:p>
        </w:tc>
        <w:tc>
          <w:tcPr>
            <w:tcW w:w="2887" w:type="dxa"/>
          </w:tcPr>
          <w:p w14:paraId="51F75172" w14:textId="77777777" w:rsidR="00F66C23" w:rsidRDefault="006533D3">
            <w:r>
              <w:br/>
            </w:r>
          </w:p>
        </w:tc>
      </w:tr>
    </w:tbl>
    <w:p w14:paraId="470FFF6C" w14:textId="2C6C9BF5" w:rsidR="00F66C23" w:rsidRDefault="006533D3">
      <w:r>
        <w:rPr>
          <w:b/>
          <w:color w:val="003366"/>
          <w:sz w:val="26"/>
        </w:rPr>
        <w:lastRenderedPageBreak/>
        <w:t>RELEVANT EXPERIENCE AND SUPPORTING INFORMATION</w:t>
      </w:r>
    </w:p>
    <w:p w14:paraId="4BC6BC68" w14:textId="77777777" w:rsidR="00F66C23" w:rsidRDefault="006533D3">
      <w:r>
        <w:t>Please explain how your skills, qualifications, experience and personal qualities meet the requirements of the role described in the Person Specification and Job Description.</w:t>
      </w:r>
    </w:p>
    <w:tbl>
      <w:tblPr>
        <w:tblStyle w:val="TableGrid"/>
        <w:tblW w:w="0" w:type="auto"/>
        <w:tblLook w:val="04A0" w:firstRow="1" w:lastRow="0" w:firstColumn="1" w:lastColumn="0" w:noHBand="0" w:noVBand="1"/>
      </w:tblPr>
      <w:tblGrid>
        <w:gridCol w:w="10214"/>
      </w:tblGrid>
      <w:tr w:rsidR="0038756B" w14:paraId="0A484363" w14:textId="77777777" w:rsidTr="0038756B">
        <w:trPr>
          <w:trHeight w:val="8120"/>
        </w:trPr>
        <w:tc>
          <w:tcPr>
            <w:tcW w:w="10440" w:type="dxa"/>
          </w:tcPr>
          <w:p w14:paraId="25D8D3F6" w14:textId="77777777" w:rsidR="0038756B" w:rsidRDefault="0038756B"/>
        </w:tc>
      </w:tr>
    </w:tbl>
    <w:p w14:paraId="5211535D" w14:textId="77777777" w:rsidR="0038756B" w:rsidRDefault="0038756B"/>
    <w:p w14:paraId="1F3E4BE3" w14:textId="77777777" w:rsidR="00F66C23" w:rsidRDefault="006533D3">
      <w:r>
        <w:rPr>
          <w:b/>
          <w:color w:val="003366"/>
          <w:sz w:val="26"/>
        </w:rPr>
        <w:t>REFERENCES</w:t>
      </w:r>
    </w:p>
    <w:p w14:paraId="33F1FF55" w14:textId="06CCC12B" w:rsidR="00F66C23" w:rsidRDefault="006533D3">
      <w:r>
        <w:t xml:space="preserve">Please provide details of two referees, including your current or most recent </w:t>
      </w:r>
      <w:r w:rsidR="00DA0579">
        <w:t>employer,</w:t>
      </w:r>
      <w:r>
        <w:t xml:space="preserve"> where possible.</w:t>
      </w:r>
    </w:p>
    <w:tbl>
      <w:tblPr>
        <w:tblStyle w:val="TableGrid"/>
        <w:tblW w:w="0" w:type="auto"/>
        <w:tblLook w:val="04A0" w:firstRow="1" w:lastRow="0" w:firstColumn="1" w:lastColumn="0" w:noHBand="0" w:noVBand="1"/>
      </w:tblPr>
      <w:tblGrid>
        <w:gridCol w:w="5107"/>
        <w:gridCol w:w="5107"/>
      </w:tblGrid>
      <w:tr w:rsidR="00DA0579" w14:paraId="0BE46A21" w14:textId="77777777" w:rsidTr="00DA0579">
        <w:trPr>
          <w:trHeight w:val="2559"/>
        </w:trPr>
        <w:tc>
          <w:tcPr>
            <w:tcW w:w="5220" w:type="dxa"/>
          </w:tcPr>
          <w:p w14:paraId="7D63E3FB" w14:textId="6CB7024A" w:rsidR="005E264A" w:rsidRDefault="00DA0579" w:rsidP="00DA0579">
            <w:r>
              <w:t>Referee 1</w:t>
            </w:r>
          </w:p>
          <w:p w14:paraId="74690929" w14:textId="77777777" w:rsidR="00DA0579" w:rsidRDefault="00DA0579" w:rsidP="00DA0579">
            <w:r>
              <w:t xml:space="preserve">Name: </w:t>
            </w:r>
          </w:p>
          <w:p w14:paraId="7C914FA5" w14:textId="77777777" w:rsidR="00DA0579" w:rsidRDefault="00DA0579" w:rsidP="00DA0579">
            <w:r>
              <w:t xml:space="preserve">Position: </w:t>
            </w:r>
          </w:p>
          <w:p w14:paraId="6DA9608E" w14:textId="77777777" w:rsidR="00DA0579" w:rsidRDefault="00DA0579" w:rsidP="00DA0579">
            <w:r>
              <w:t xml:space="preserve">Organisation: </w:t>
            </w:r>
          </w:p>
          <w:p w14:paraId="15EA0BEB" w14:textId="77777777" w:rsidR="00DA0579" w:rsidRDefault="00DA0579" w:rsidP="00DA0579">
            <w:r>
              <w:t xml:space="preserve">Address: </w:t>
            </w:r>
          </w:p>
          <w:p w14:paraId="478F0375" w14:textId="77777777" w:rsidR="00DA0579" w:rsidRDefault="00DA0579" w:rsidP="00DA0579"/>
          <w:p w14:paraId="7C04560C" w14:textId="77777777" w:rsidR="00DA0579" w:rsidRDefault="00DA0579" w:rsidP="00DA0579"/>
          <w:p w14:paraId="4ED7F23D" w14:textId="77777777" w:rsidR="00DA0579" w:rsidRDefault="00DA0579" w:rsidP="00DA0579">
            <w:r>
              <w:t xml:space="preserve">Telephone: </w:t>
            </w:r>
          </w:p>
          <w:p w14:paraId="4D74ED05" w14:textId="77777777" w:rsidR="00DA0579" w:rsidRDefault="00DA0579" w:rsidP="00DA0579">
            <w:r>
              <w:t xml:space="preserve">Email: </w:t>
            </w:r>
          </w:p>
          <w:p w14:paraId="355A1307" w14:textId="19B5B102" w:rsidR="00DA0579" w:rsidRDefault="00DA0579" w:rsidP="00DA0579">
            <w:r>
              <w:t>Relationship to You:</w:t>
            </w:r>
          </w:p>
        </w:tc>
        <w:tc>
          <w:tcPr>
            <w:tcW w:w="5220" w:type="dxa"/>
          </w:tcPr>
          <w:p w14:paraId="10DEF420" w14:textId="54481769" w:rsidR="005E264A" w:rsidRDefault="00DA0579" w:rsidP="00DA0579">
            <w:r>
              <w:t xml:space="preserve">Referee </w:t>
            </w:r>
            <w:r>
              <w:t>2</w:t>
            </w:r>
          </w:p>
          <w:p w14:paraId="76B423A5" w14:textId="77777777" w:rsidR="00DA0579" w:rsidRDefault="00DA0579" w:rsidP="00DA0579">
            <w:r>
              <w:t xml:space="preserve">Name: </w:t>
            </w:r>
          </w:p>
          <w:p w14:paraId="77C859B0" w14:textId="77777777" w:rsidR="00DA0579" w:rsidRDefault="00DA0579" w:rsidP="00DA0579">
            <w:r>
              <w:t xml:space="preserve">Position: </w:t>
            </w:r>
          </w:p>
          <w:p w14:paraId="5C25B2BE" w14:textId="77777777" w:rsidR="00DA0579" w:rsidRDefault="00DA0579" w:rsidP="00DA0579">
            <w:r>
              <w:t xml:space="preserve">Organisation: </w:t>
            </w:r>
          </w:p>
          <w:p w14:paraId="2D46FBF7" w14:textId="77777777" w:rsidR="00DA0579" w:rsidRDefault="00DA0579" w:rsidP="00DA0579">
            <w:r>
              <w:t xml:space="preserve">Address: </w:t>
            </w:r>
          </w:p>
          <w:p w14:paraId="5E374D7D" w14:textId="77777777" w:rsidR="00DA0579" w:rsidRDefault="00DA0579" w:rsidP="00DA0579"/>
          <w:p w14:paraId="69DD31C9" w14:textId="77777777" w:rsidR="00DA0579" w:rsidRDefault="00DA0579" w:rsidP="00DA0579"/>
          <w:p w14:paraId="173CFD83" w14:textId="77777777" w:rsidR="00DA0579" w:rsidRDefault="00DA0579" w:rsidP="00DA0579">
            <w:r>
              <w:t xml:space="preserve">Telephone: </w:t>
            </w:r>
          </w:p>
          <w:p w14:paraId="19D648B5" w14:textId="77777777" w:rsidR="00DA0579" w:rsidRDefault="00DA0579" w:rsidP="00DA0579">
            <w:r>
              <w:t xml:space="preserve">Email: </w:t>
            </w:r>
          </w:p>
          <w:p w14:paraId="5B98B1A8" w14:textId="4CB0117C" w:rsidR="00DA0579" w:rsidRDefault="00DA0579" w:rsidP="00DA0579">
            <w:r>
              <w:t>Relationship to You:</w:t>
            </w:r>
          </w:p>
        </w:tc>
      </w:tr>
    </w:tbl>
    <w:p w14:paraId="75BDCE64" w14:textId="77777777" w:rsidR="00DA0579" w:rsidRDefault="00DA0579"/>
    <w:p w14:paraId="7616FD57" w14:textId="77777777" w:rsidR="00F66C23" w:rsidRDefault="006533D3">
      <w:r>
        <w:t>May we contact your referees before interview?   Yes ☐   No ☐</w:t>
      </w:r>
    </w:p>
    <w:p w14:paraId="6B01EAA3" w14:textId="77777777" w:rsidR="00F66C23" w:rsidRDefault="006533D3">
      <w:r>
        <w:rPr>
          <w:b/>
          <w:color w:val="003366"/>
          <w:sz w:val="26"/>
        </w:rPr>
        <w:t>DISABILITY AND REASONABLE ADJUSTMENTS</w:t>
      </w:r>
    </w:p>
    <w:p w14:paraId="43936EF8" w14:textId="77777777" w:rsidR="00F66C23" w:rsidRDefault="006533D3">
      <w:r>
        <w:t>Do you require any reasonable adjustments for interview or assessment?   Yes ☐   No ☐</w:t>
      </w:r>
    </w:p>
    <w:tbl>
      <w:tblPr>
        <w:tblStyle w:val="TableGrid"/>
        <w:tblW w:w="0" w:type="auto"/>
        <w:tblLook w:val="04A0" w:firstRow="1" w:lastRow="0" w:firstColumn="1" w:lastColumn="0" w:noHBand="0" w:noVBand="1"/>
      </w:tblPr>
      <w:tblGrid>
        <w:gridCol w:w="10214"/>
      </w:tblGrid>
      <w:tr w:rsidR="0038756B" w14:paraId="23B2BA4D" w14:textId="77777777" w:rsidTr="0038756B">
        <w:trPr>
          <w:trHeight w:val="3433"/>
        </w:trPr>
        <w:tc>
          <w:tcPr>
            <w:tcW w:w="10440" w:type="dxa"/>
          </w:tcPr>
          <w:p w14:paraId="6FCCED26" w14:textId="77777777" w:rsidR="0038756B" w:rsidRDefault="0038756B"/>
        </w:tc>
      </w:tr>
    </w:tbl>
    <w:p w14:paraId="6CA1F4FE" w14:textId="77777777" w:rsidR="00F66C23" w:rsidRDefault="006533D3">
      <w:r>
        <w:rPr>
          <w:b/>
          <w:color w:val="003366"/>
          <w:sz w:val="26"/>
        </w:rPr>
        <w:t>DECLARATION</w:t>
      </w:r>
    </w:p>
    <w:p w14:paraId="1C409BAD" w14:textId="77777777" w:rsidR="00F66C23" w:rsidRDefault="006533D3">
      <w:r>
        <w:t>I declare that the information provided in this application form is true and complete to the best of my knowledge. I understand that providing false or misleading information may result in disqualification or dismissal.</w:t>
      </w:r>
    </w:p>
    <w:p w14:paraId="7DD48454" w14:textId="77777777" w:rsidR="005E264A" w:rsidRDefault="005E264A"/>
    <w:tbl>
      <w:tblPr>
        <w:tblStyle w:val="TableGrid"/>
        <w:tblW w:w="0" w:type="auto"/>
        <w:tblLook w:val="04A0" w:firstRow="1" w:lastRow="0" w:firstColumn="1" w:lastColumn="0" w:noHBand="0" w:noVBand="1"/>
      </w:tblPr>
      <w:tblGrid>
        <w:gridCol w:w="1242"/>
        <w:gridCol w:w="4111"/>
      </w:tblGrid>
      <w:tr w:rsidR="00DA0579" w14:paraId="581818BB" w14:textId="77777777" w:rsidTr="005E264A">
        <w:tc>
          <w:tcPr>
            <w:tcW w:w="1242" w:type="dxa"/>
          </w:tcPr>
          <w:p w14:paraId="45D847F8" w14:textId="77777777" w:rsidR="005E264A" w:rsidRDefault="005E264A">
            <w:pPr>
              <w:rPr>
                <w:b/>
              </w:rPr>
            </w:pPr>
          </w:p>
          <w:p w14:paraId="33EFD9FD" w14:textId="0C55778E" w:rsidR="00DA0579" w:rsidRDefault="005E264A">
            <w:pPr>
              <w:rPr>
                <w:b/>
              </w:rPr>
            </w:pPr>
            <w:r>
              <w:rPr>
                <w:b/>
              </w:rPr>
              <w:t>Signed</w:t>
            </w:r>
          </w:p>
          <w:p w14:paraId="1A262979" w14:textId="078ECC75" w:rsidR="005E264A" w:rsidRDefault="005E264A">
            <w:pPr>
              <w:rPr>
                <w:b/>
              </w:rPr>
            </w:pPr>
          </w:p>
        </w:tc>
        <w:tc>
          <w:tcPr>
            <w:tcW w:w="4111" w:type="dxa"/>
          </w:tcPr>
          <w:p w14:paraId="4511D4A8" w14:textId="77777777" w:rsidR="00DA0579" w:rsidRDefault="00DA0579">
            <w:pPr>
              <w:rPr>
                <w:b/>
              </w:rPr>
            </w:pPr>
          </w:p>
        </w:tc>
      </w:tr>
      <w:tr w:rsidR="00DA0579" w14:paraId="23169F78" w14:textId="77777777" w:rsidTr="005E264A">
        <w:tc>
          <w:tcPr>
            <w:tcW w:w="1242" w:type="dxa"/>
          </w:tcPr>
          <w:p w14:paraId="069E920C" w14:textId="77777777" w:rsidR="005E264A" w:rsidRDefault="005E264A">
            <w:pPr>
              <w:rPr>
                <w:b/>
              </w:rPr>
            </w:pPr>
          </w:p>
          <w:p w14:paraId="4501E738" w14:textId="75101FBD" w:rsidR="00DA0579" w:rsidRDefault="005E264A">
            <w:pPr>
              <w:rPr>
                <w:b/>
              </w:rPr>
            </w:pPr>
            <w:r>
              <w:rPr>
                <w:b/>
              </w:rPr>
              <w:t>Dated</w:t>
            </w:r>
          </w:p>
          <w:p w14:paraId="2F79A6C2" w14:textId="5B03FE5D" w:rsidR="005E264A" w:rsidRDefault="005E264A">
            <w:pPr>
              <w:rPr>
                <w:b/>
              </w:rPr>
            </w:pPr>
          </w:p>
        </w:tc>
        <w:tc>
          <w:tcPr>
            <w:tcW w:w="4111" w:type="dxa"/>
          </w:tcPr>
          <w:p w14:paraId="68FF3EBC" w14:textId="77777777" w:rsidR="00DA0579" w:rsidRDefault="00DA0579">
            <w:pPr>
              <w:rPr>
                <w:b/>
              </w:rPr>
            </w:pPr>
          </w:p>
        </w:tc>
      </w:tr>
    </w:tbl>
    <w:p w14:paraId="47425C15" w14:textId="77777777" w:rsidR="00DA0579" w:rsidRDefault="00DA0579">
      <w:pPr>
        <w:rPr>
          <w:b/>
        </w:rPr>
      </w:pPr>
    </w:p>
    <w:p w14:paraId="670212EA" w14:textId="77777777" w:rsidR="00DA0579" w:rsidRDefault="00DA0579">
      <w:pPr>
        <w:rPr>
          <w:b/>
        </w:rPr>
      </w:pPr>
    </w:p>
    <w:p w14:paraId="25525EDF" w14:textId="77777777" w:rsidR="00F66C23" w:rsidRDefault="006533D3">
      <w:r>
        <w:rPr>
          <w:b/>
          <w:color w:val="003366"/>
          <w:sz w:val="26"/>
        </w:rPr>
        <w:t>RETURN OF COMPLETED APPLICATION</w:t>
      </w:r>
    </w:p>
    <w:p w14:paraId="640E4529" w14:textId="77777777" w:rsidR="00F66C23" w:rsidRDefault="006533D3">
      <w:r>
        <w:t>Please return completed application forms by email to tenbytownclerk@btconnect.com or by post to:</w:t>
      </w:r>
      <w:r>
        <w:br/>
      </w:r>
      <w:r>
        <w:br/>
        <w:t>Chair of the Personnel Committee</w:t>
      </w:r>
      <w:r>
        <w:br/>
        <w:t>Tenby Town Council</w:t>
      </w:r>
      <w:r>
        <w:br/>
        <w:t>De Valence Pavilion</w:t>
      </w:r>
      <w:r>
        <w:br/>
        <w:t>Upper Frog Street</w:t>
      </w:r>
      <w:r>
        <w:br/>
        <w:t>Tenby</w:t>
      </w:r>
      <w:r>
        <w:br/>
        <w:t>Pembrokeshire SA70 7JD</w:t>
      </w:r>
    </w:p>
    <w:p w14:paraId="12801FEC" w14:textId="77777777" w:rsidR="00F66C23" w:rsidRDefault="006533D3">
      <w:r>
        <w:t>Please mark all correspondence: "Confidential – Application for the Post of Town Clerk".</w:t>
      </w:r>
    </w:p>
    <w:sectPr w:rsidR="00F66C23" w:rsidSect="00034616">
      <w:footerReference w:type="default" r:id="rId9"/>
      <w:pgSz w:w="12240" w:h="15840"/>
      <w:pgMar w:top="864" w:right="1008" w:bottom="864"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F1B6B" w14:textId="77777777" w:rsidR="00CF2B64" w:rsidRDefault="00CF2B64" w:rsidP="00DA0579">
      <w:pPr>
        <w:spacing w:after="0" w:line="240" w:lineRule="auto"/>
      </w:pPr>
      <w:r>
        <w:separator/>
      </w:r>
    </w:p>
  </w:endnote>
  <w:endnote w:type="continuationSeparator" w:id="0">
    <w:p w14:paraId="0D118E4A" w14:textId="77777777" w:rsidR="00CF2B64" w:rsidRDefault="00CF2B64" w:rsidP="00DA0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0483440"/>
      <w:docPartObj>
        <w:docPartGallery w:val="Page Numbers (Bottom of Page)"/>
        <w:docPartUnique/>
      </w:docPartObj>
    </w:sdtPr>
    <w:sdtEndPr>
      <w:rPr>
        <w:noProof/>
      </w:rPr>
    </w:sdtEndPr>
    <w:sdtContent>
      <w:p w14:paraId="3266A2B1" w14:textId="3C15D27D" w:rsidR="00DA0579" w:rsidRDefault="00DA057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1D435CA" w14:textId="77777777" w:rsidR="00DA0579" w:rsidRDefault="00DA05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E1FB9" w14:textId="77777777" w:rsidR="00CF2B64" w:rsidRDefault="00CF2B64" w:rsidP="00DA0579">
      <w:pPr>
        <w:spacing w:after="0" w:line="240" w:lineRule="auto"/>
      </w:pPr>
      <w:r>
        <w:separator/>
      </w:r>
    </w:p>
  </w:footnote>
  <w:footnote w:type="continuationSeparator" w:id="0">
    <w:p w14:paraId="5B4450A6" w14:textId="77777777" w:rsidR="00CF2B64" w:rsidRDefault="00CF2B64" w:rsidP="00DA05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00195853">
    <w:abstractNumId w:val="8"/>
  </w:num>
  <w:num w:numId="2" w16cid:durableId="185490159">
    <w:abstractNumId w:val="6"/>
  </w:num>
  <w:num w:numId="3" w16cid:durableId="463351483">
    <w:abstractNumId w:val="5"/>
  </w:num>
  <w:num w:numId="4" w16cid:durableId="997613552">
    <w:abstractNumId w:val="4"/>
  </w:num>
  <w:num w:numId="5" w16cid:durableId="2138336094">
    <w:abstractNumId w:val="7"/>
  </w:num>
  <w:num w:numId="6" w16cid:durableId="789586539">
    <w:abstractNumId w:val="3"/>
  </w:num>
  <w:num w:numId="7" w16cid:durableId="206374635">
    <w:abstractNumId w:val="2"/>
  </w:num>
  <w:num w:numId="8" w16cid:durableId="15424436">
    <w:abstractNumId w:val="1"/>
  </w:num>
  <w:num w:numId="9" w16cid:durableId="2512027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74BB1"/>
    <w:rsid w:val="0029639D"/>
    <w:rsid w:val="00326F90"/>
    <w:rsid w:val="0038756B"/>
    <w:rsid w:val="005E264A"/>
    <w:rsid w:val="006533D3"/>
    <w:rsid w:val="00963AC8"/>
    <w:rsid w:val="00AA1D8D"/>
    <w:rsid w:val="00B47730"/>
    <w:rsid w:val="00CB0664"/>
    <w:rsid w:val="00CF2B64"/>
    <w:rsid w:val="00DA0579"/>
    <w:rsid w:val="00F66C23"/>
    <w:rsid w:val="00FA0BD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862A29"/>
  <w14:defaultImageDpi w14:val="300"/>
  <w15:docId w15:val="{97BE8A61-F48F-6F41-B730-B67F37956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56B"/>
    <w:rPr>
      <w:rFonts w:ascii="Calibri" w:eastAsia="Calibri" w:hAnsi="Calibri"/>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403</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tenby townclerk</cp:lastModifiedBy>
  <cp:revision>2</cp:revision>
  <dcterms:created xsi:type="dcterms:W3CDTF">2026-05-20T11:40:00Z</dcterms:created>
  <dcterms:modified xsi:type="dcterms:W3CDTF">2026-05-20T11:40:00Z</dcterms:modified>
  <cp:category/>
</cp:coreProperties>
</file>